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6552"/>
        <w:gridCol w:w="2520"/>
      </w:tblGrid>
      <w:tr>
        <w:tc>
          <w:tcPr>
            <w:tcW w:type="dxa" w:w="5184"/>
            <w:shd w:fill="041F3A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r>
              <w:rPr>
                <w:b/>
                <w:color w:val="FFFFFF"/>
                <w:sz w:val="42"/>
              </w:rPr>
              <w:t>HAUCH AERO, LLC</w:t>
            </w:r>
          </w:p>
          <w:p>
            <w:r>
              <w:rPr>
                <w:color w:val="C2FF87"/>
                <w:sz w:val="18"/>
              </w:rPr>
              <w:t>PROPELLER BALANCING INTAKE &amp; WORK AUTHORIZATION</w:t>
            </w:r>
          </w:p>
        </w:tc>
        <w:tc>
          <w:tcPr>
            <w:tcW w:type="dxa" w:w="5184"/>
            <w:shd w:fill="0A416D"/>
            <w:tcMar>
              <w:top w:w="170" w:type="dxa"/>
              <w:start w:w="170" w:type="dxa"/>
              <w:bottom w:w="170" w:type="dxa"/>
              <w:end w:w="1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48"/>
              </w:rPr>
              <w:t>$500</w:t>
            </w:r>
          </w:p>
          <w:p>
            <w:pPr>
              <w:jc w:val="center"/>
            </w:pPr>
            <w:r>
              <w:rPr>
                <w:b/>
                <w:color w:val="C2FF87"/>
                <w:sz w:val="16"/>
              </w:rPr>
              <w:t>FLAT RATE</w:t>
            </w:r>
          </w:p>
        </w:tc>
      </w:tr>
    </w:tbl>
    <w:p>
      <w:pPr>
        <w:spacing w:before="160" w:after="100"/>
      </w:pPr>
      <w:r>
        <w:rPr>
          <w:sz w:val="17"/>
        </w:rPr>
        <w:t>Standard dynamic propeller balancing service, ordinarily involving approximately two hours of labor. Additional troubleshooting, maintenance, repair, parts, or labor requires separate approval before work begins.</w:t>
      </w:r>
    </w:p>
    <w:p>
      <w:pPr>
        <w:spacing w:before="200" w:after="140"/>
      </w:pPr>
      <w:r>
        <w:rPr>
          <w:b/>
          <w:color w:val="0A416D"/>
          <w:sz w:val="18"/>
        </w:rPr>
        <w:t xml:space="preserve">01  </w:t>
      </w:r>
      <w:r>
        <w:rPr>
          <w:b/>
          <w:color w:val="041F3A"/>
          <w:sz w:val="26"/>
        </w:rPr>
        <w:t>CUSTOMER INFORMATION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CUSTOMER NAME</w:t>
            </w:r>
          </w:p>
          <w:p>
            <w:pPr>
              <w:spacing w:after="40"/>
            </w:pPr>
            <w:sdt>
              <w:sdtPr>
                <w:tag w:val="CUSTOMER_NAME"/>
                <w:alias w:val="CUSTOMER_NAME"/>
                <w:text/>
              </w:sdtPr>
              <w:sdtContent>
                <w:r>
                  <w:rPr>
                    <w:color w:val="6B747C"/>
                    <w:sz w:val="20"/>
                  </w:rPr>
                  <w:t>{{CUSTOMER_NAME}}</w:t>
                </w:r>
              </w:sdtContent>
            </w:sdt>
          </w:p>
        </w:tc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EMAIL</w:t>
            </w:r>
          </w:p>
          <w:p>
            <w:pPr>
              <w:spacing w:after="40"/>
            </w:pPr>
            <w:sdt>
              <w:sdtPr>
                <w:tag w:val="EMAIL"/>
                <w:alias w:val="EMAIL"/>
                <w:text/>
              </w:sdtPr>
              <w:sdtContent>
                <w:r>
                  <w:rPr>
                    <w:color w:val="6B747C"/>
                    <w:sz w:val="20"/>
                  </w:rPr>
                  <w:t>{{EMAIL}}</w:t>
                </w:r>
              </w:sdtContent>
            </w:sdt>
          </w:p>
        </w:tc>
      </w:tr>
      <w:tr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PHONE</w:t>
            </w:r>
          </w:p>
          <w:p>
            <w:pPr>
              <w:spacing w:after="40"/>
            </w:pPr>
            <w:sdt>
              <w:sdtPr>
                <w:tag w:val="PHONE"/>
                <w:alias w:val="PHONE"/>
                <w:text/>
              </w:sdtPr>
              <w:sdtContent>
                <w:r>
                  <w:rPr>
                    <w:color w:val="6B747C"/>
                    <w:sz w:val="20"/>
                  </w:rPr>
                  <w:t>{{PHONE}}</w:t>
                </w:r>
              </w:sdtContent>
            </w:sdt>
          </w:p>
        </w:tc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PREFERRED CONTACT</w:t>
            </w:r>
          </w:p>
          <w:p>
            <w:pPr>
              <w:spacing w:after="40"/>
            </w:pPr>
            <w:sdt>
              <w:sdtPr>
                <w:tag w:val="PREFERRED_CONTACT"/>
                <w:alias w:val="PREFERRED_CONTACT"/>
                <w:text/>
              </w:sdtPr>
              <w:sdtContent>
                <w:r>
                  <w:rPr>
                    <w:color w:val="6B747C"/>
                    <w:sz w:val="20"/>
                  </w:rPr>
                  <w:t>{{PREFERRED_CONTACT}}</w:t>
                </w:r>
              </w:sdtContent>
            </w:sdt>
          </w:p>
        </w:tc>
      </w:tr>
      <w:tr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RELATIONSHIP TO AIRCRAFT</w:t>
            </w:r>
          </w:p>
          <w:p>
            <w:pPr>
              <w:spacing w:after="40"/>
            </w:pPr>
            <w:sdt>
              <w:sdtPr>
                <w:tag w:val="RELATIONSHIP"/>
                <w:alias w:val="RELATIONSHIP"/>
                <w:text/>
              </w:sdtPr>
              <w:sdtContent>
                <w:r>
                  <w:rPr>
                    <w:color w:val="6B747C"/>
                    <w:sz w:val="20"/>
                  </w:rPr>
                  <w:t>{{RELATIONSHIP}}</w:t>
                </w:r>
              </w:sdtContent>
            </w:sdt>
          </w:p>
        </w:tc>
        <w:tc>
          <w:tcPr>
            <w:tcW w:type="dxa" w:w="4536"/>
            <w:shd w:fill="FFFFFF"/>
            <w:tcBorders/>
          </w:tcPr>
          <w:p/>
        </w:tc>
      </w:tr>
    </w:tbl>
    <w:p>
      <w:pPr>
        <w:spacing w:before="200" w:after="140"/>
      </w:pPr>
      <w:r>
        <w:rPr>
          <w:b/>
          <w:color w:val="0A416D"/>
          <w:sz w:val="18"/>
        </w:rPr>
        <w:t xml:space="preserve">02  </w:t>
      </w:r>
      <w:r>
        <w:rPr>
          <w:b/>
          <w:color w:val="041F3A"/>
          <w:sz w:val="26"/>
        </w:rPr>
        <w:t>AIRCRAFT INFORMATION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AIRCRAFT MAKE AND MODEL</w:t>
            </w:r>
          </w:p>
          <w:p>
            <w:pPr>
              <w:spacing w:after="40"/>
            </w:pPr>
            <w:sdt>
              <w:sdtPr>
                <w:tag w:val="AIRCRAFT"/>
                <w:alias w:val="AIRCRAFT"/>
                <w:text/>
              </w:sdtPr>
              <w:sdtContent>
                <w:r>
                  <w:rPr>
                    <w:color w:val="6B747C"/>
                    <w:sz w:val="20"/>
                  </w:rPr>
                  <w:t>{{AIRCRAFT}}</w:t>
                </w:r>
              </w:sdtContent>
            </w:sdt>
          </w:p>
        </w:tc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REGISTRATION NUMBER</w:t>
            </w:r>
          </w:p>
          <w:p>
            <w:pPr>
              <w:spacing w:after="40"/>
            </w:pPr>
            <w:sdt>
              <w:sdtPr>
                <w:tag w:val="REGISTRATION"/>
                <w:alias w:val="REGISTRATION"/>
                <w:text/>
              </w:sdtPr>
              <w:sdtContent>
                <w:r>
                  <w:rPr>
                    <w:color w:val="6B747C"/>
                    <w:sz w:val="20"/>
                  </w:rPr>
                  <w:t>{{REGISTRATION}}</w:t>
                </w:r>
              </w:sdtContent>
            </w:sdt>
          </w:p>
        </w:tc>
      </w:tr>
      <w:tr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AIRCRAFT SERIAL NUMBER</w:t>
            </w:r>
          </w:p>
          <w:p>
            <w:pPr>
              <w:spacing w:after="40"/>
            </w:pPr>
            <w:sdt>
              <w:sdtPr>
                <w:tag w:val="AIRCRAFT_SERIAL"/>
                <w:alias w:val="AIRCRAFT_SERIAL"/>
                <w:text/>
              </w:sdtPr>
              <w:sdtContent>
                <w:r>
                  <w:rPr>
                    <w:color w:val="6B747C"/>
                    <w:sz w:val="20"/>
                  </w:rPr>
                  <w:t>{{AIRCRAFT_SERIAL}}</w:t>
                </w:r>
              </w:sdtContent>
            </w:sdt>
          </w:p>
        </w:tc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CURRENT LOCATION</w:t>
            </w:r>
          </w:p>
          <w:p>
            <w:pPr>
              <w:spacing w:after="40"/>
            </w:pPr>
            <w:sdt>
              <w:sdtPr>
                <w:tag w:val="LOCATION"/>
                <w:alias w:val="LOCATION"/>
                <w:text/>
              </w:sdtPr>
              <w:sdtContent>
                <w:r>
                  <w:rPr>
                    <w:color w:val="6B747C"/>
                    <w:sz w:val="20"/>
                  </w:rPr>
                  <w:t>{{LOCATION}}</w:t>
                </w:r>
              </w:sdtContent>
            </w:sdt>
          </w:p>
        </w:tc>
      </w:tr>
    </w:tbl>
    <w:p>
      <w:pPr>
        <w:spacing w:before="200" w:after="140"/>
      </w:pPr>
      <w:r>
        <w:rPr>
          <w:b/>
          <w:color w:val="0A416D"/>
          <w:sz w:val="18"/>
        </w:rPr>
        <w:t xml:space="preserve">03  </w:t>
      </w:r>
      <w:r>
        <w:rPr>
          <w:b/>
          <w:color w:val="041F3A"/>
          <w:sz w:val="26"/>
        </w:rPr>
        <w:t>ENGINE AND PROPELLER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ENGINE MAKE AND MODEL</w:t>
            </w:r>
          </w:p>
          <w:p>
            <w:pPr>
              <w:spacing w:after="40"/>
            </w:pPr>
            <w:sdt>
              <w:sdtPr>
                <w:tag w:val="ENGINE"/>
                <w:alias w:val="ENGINE"/>
                <w:text/>
              </w:sdtPr>
              <w:sdtContent>
                <w:r>
                  <w:rPr>
                    <w:color w:val="6B747C"/>
                    <w:sz w:val="20"/>
                  </w:rPr>
                  <w:t>{{ENGINE}}</w:t>
                </w:r>
              </w:sdtContent>
            </w:sdt>
          </w:p>
        </w:tc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ENGINE TIME SINCE NEW/OVERHAUL</w:t>
            </w:r>
          </w:p>
          <w:p>
            <w:pPr>
              <w:spacing w:after="40"/>
            </w:pPr>
            <w:sdt>
              <w:sdtPr>
                <w:tag w:val="ENGINE_TIME"/>
                <w:alias w:val="ENGINE_TIME"/>
                <w:text/>
              </w:sdtPr>
              <w:sdtContent>
                <w:r>
                  <w:rPr>
                    <w:color w:val="6B747C"/>
                    <w:sz w:val="20"/>
                  </w:rPr>
                  <w:t>{{ENGINE_TIME}}</w:t>
                </w:r>
              </w:sdtContent>
            </w:sdt>
          </w:p>
        </w:tc>
      </w:tr>
      <w:tr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PROPELLER MAKE AND MODEL</w:t>
            </w:r>
          </w:p>
          <w:p>
            <w:pPr>
              <w:spacing w:after="40"/>
            </w:pPr>
            <w:sdt>
              <w:sdtPr>
                <w:tag w:val="PROPELLER"/>
                <w:alias w:val="PROPELLER"/>
                <w:text/>
              </w:sdtPr>
              <w:sdtContent>
                <w:r>
                  <w:rPr>
                    <w:color w:val="6B747C"/>
                    <w:sz w:val="20"/>
                  </w:rPr>
                  <w:t>{{PROPELLER}}</w:t>
                </w:r>
              </w:sdtContent>
            </w:sdt>
          </w:p>
        </w:tc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PROPELLER SERIAL NUMBER</w:t>
            </w:r>
          </w:p>
          <w:p>
            <w:pPr>
              <w:spacing w:after="40"/>
            </w:pPr>
            <w:sdt>
              <w:sdtPr>
                <w:tag w:val="PROP_SERIAL"/>
                <w:alias w:val="PROP_SERIAL"/>
                <w:text/>
              </w:sdtPr>
              <w:sdtContent>
                <w:r>
                  <w:rPr>
                    <w:color w:val="6B747C"/>
                    <w:sz w:val="20"/>
                  </w:rPr>
                  <w:t>{{PROP_SERIAL}}</w:t>
                </w:r>
              </w:sdtContent>
            </w:sdt>
          </w:p>
        </w:tc>
      </w:tr>
      <w:tr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PROPELLER TIME SINCE NEW/OVERHAUL</w:t>
            </w:r>
          </w:p>
          <w:p>
            <w:pPr>
              <w:spacing w:after="40"/>
            </w:pPr>
            <w:sdt>
              <w:sdtPr>
                <w:tag w:val="PROP_TIME"/>
                <w:alias w:val="PROP_TIME"/>
                <w:text/>
              </w:sdtPr>
              <w:sdtContent>
                <w:r>
                  <w:rPr>
                    <w:color w:val="6B747C"/>
                    <w:sz w:val="20"/>
                  </w:rPr>
                  <w:t>{{PROP_TIME}}</w:t>
                </w:r>
              </w:sdtContent>
            </w:sdt>
          </w:p>
        </w:tc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NUMBER OF BLADES</w:t>
            </w:r>
          </w:p>
          <w:p>
            <w:pPr>
              <w:spacing w:after="40"/>
            </w:pPr>
            <w:sdt>
              <w:sdtPr>
                <w:tag w:val="BLADES"/>
                <w:alias w:val="BLADES"/>
                <w:text/>
              </w:sdtPr>
              <w:sdtContent>
                <w:r>
                  <w:rPr>
                    <w:color w:val="6B747C"/>
                    <w:sz w:val="20"/>
                  </w:rPr>
                  <w:t>{{BLADES}}</w:t>
                </w:r>
              </w:sdtContent>
            </w:sdt>
          </w:p>
        </w:tc>
      </w:tr>
      <w:tr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SPINNER INSTALLED: YES / NO / UNKNOWN</w:t>
            </w:r>
          </w:p>
          <w:p>
            <w:pPr>
              <w:spacing w:after="40"/>
            </w:pPr>
            <w:sdt>
              <w:sdtPr>
                <w:tag w:val="SPINNER"/>
                <w:alias w:val="SPINNER"/>
                <w:text/>
              </w:sdtPr>
              <w:sdtContent>
                <w:r>
                  <w:rPr>
                    <w:color w:val="6B747C"/>
                    <w:sz w:val="20"/>
                  </w:rPr>
                  <w:t>{{SPINNER}}</w:t>
                </w:r>
              </w:sdtContent>
            </w:sdt>
          </w:p>
        </w:tc>
        <w:tc>
          <w:tcPr>
            <w:tcW w:type="dxa" w:w="4536"/>
            <w:shd w:fill="FFFFFF"/>
            <w:tcBorders/>
          </w:tcPr>
          <w:p/>
        </w:tc>
      </w:tr>
    </w:tbl>
    <w:p>
      <w:r>
        <w:br w:type="page"/>
      </w:r>
    </w:p>
    <w:p>
      <w:pPr>
        <w:spacing w:before="200" w:after="140"/>
      </w:pPr>
      <w:r>
        <w:rPr>
          <w:b/>
          <w:color w:val="0A416D"/>
          <w:sz w:val="18"/>
        </w:rPr>
        <w:t xml:space="preserve">04  </w:t>
      </w:r>
      <w:r>
        <w:rPr>
          <w:b/>
          <w:color w:val="041F3A"/>
          <w:sz w:val="26"/>
        </w:rPr>
        <w:t>VIBRATION AND MAINTENANCE HISTORY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DESCRIBE VIBRATION / REASON FOR BALANCING</w:t>
            </w:r>
          </w:p>
          <w:p>
            <w:pPr>
              <w:spacing w:after="40"/>
            </w:pPr>
            <w:sdt>
              <w:sdtPr>
                <w:tag w:val="VIBRATION_DESCRIPTION"/>
                <w:alias w:val="VIBRATION_DESCRIPTION"/>
                <w:text/>
              </w:sdtPr>
              <w:sdtContent>
                <w:r>
                  <w:rPr>
                    <w:color w:val="6B747C"/>
                    <w:sz w:val="20"/>
                  </w:rPr>
                  <w:t>{{VIBRATION_DESCRIPTION}}</w:t>
                </w:r>
              </w:sdtContent>
            </w:sdt>
          </w:p>
          <w:p>
            <w:r>
              <w:t xml:space="preserve"> </w:t>
            </w:r>
          </w:p>
          <w:p>
            <w:r>
              <w:t xml:space="preserve"> </w:t>
            </w:r>
          </w:p>
        </w:tc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RPM OR RANGE MOST NOTICEABLE</w:t>
            </w:r>
          </w:p>
          <w:p>
            <w:pPr>
              <w:spacing w:after="40"/>
            </w:pPr>
            <w:sdt>
              <w:sdtPr>
                <w:tag w:val="VIBRATION_RPM"/>
                <w:alias w:val="VIBRATION_RPM"/>
                <w:text/>
              </w:sdtPr>
              <w:sdtContent>
                <w:r>
                  <w:rPr>
                    <w:color w:val="6B747C"/>
                    <w:sz w:val="20"/>
                  </w:rPr>
                  <w:t>{{VIBRATION_RPM}}</w:t>
                </w:r>
              </w:sdtContent>
            </w:sdt>
          </w:p>
        </w:tc>
      </w:tr>
      <w:tr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WHEN DOES IT OCCUR?</w:t>
            </w:r>
          </w:p>
          <w:p>
            <w:pPr>
              <w:spacing w:after="40"/>
            </w:pPr>
            <w:sdt>
              <w:sdtPr>
                <w:tag w:val="VIBRATION_WHEN"/>
                <w:alias w:val="VIBRATION_WHEN"/>
                <w:text/>
              </w:sdtPr>
              <w:sdtContent>
                <w:r>
                  <w:rPr>
                    <w:color w:val="6B747C"/>
                    <w:sz w:val="20"/>
                  </w:rPr>
                  <w:t>{{VIBRATION_WHEN}}</w:t>
                </w:r>
              </w:sdtContent>
            </w:sdt>
          </w:p>
          <w:p>
            <w:r>
              <w:t xml:space="preserve"> </w:t>
            </w:r>
          </w:p>
        </w:tc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RECENT RELATED MAINTENANCE</w:t>
            </w:r>
          </w:p>
          <w:p>
            <w:pPr>
              <w:spacing w:after="40"/>
            </w:pPr>
            <w:sdt>
              <w:sdtPr>
                <w:tag w:val="RECENT_MAINTENANCE"/>
                <w:alias w:val="RECENT_MAINTENANCE"/>
                <w:text/>
              </w:sdtPr>
              <w:sdtContent>
                <w:r>
                  <w:rPr>
                    <w:color w:val="6B747C"/>
                    <w:sz w:val="20"/>
                  </w:rPr>
                  <w:t>{{RECENT_MAINTENANCE}}</w:t>
                </w:r>
              </w:sdtContent>
            </w:sdt>
          </w:p>
          <w:p>
            <w:r>
              <w:t xml:space="preserve"> </w:t>
            </w:r>
          </w:p>
        </w:tc>
      </w:tr>
      <w:tr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KNOWN STRIKE, BLADE DAMAGE, OR SUDDEN STOPPAGE</w:t>
            </w:r>
          </w:p>
          <w:p>
            <w:pPr>
              <w:spacing w:after="40"/>
            </w:pPr>
            <w:sdt>
              <w:sdtPr>
                <w:tag w:val="KNOWN_DAMAGE"/>
                <w:alias w:val="KNOWN_DAMAGE"/>
                <w:text/>
              </w:sdtPr>
              <w:sdtContent>
                <w:r>
                  <w:rPr>
                    <w:color w:val="6B747C"/>
                    <w:sz w:val="20"/>
                  </w:rPr>
                  <w:t>{{KNOWN_DAMAGE}}</w:t>
                </w:r>
              </w:sdtContent>
            </w:sdt>
          </w:p>
        </w:tc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RECORDS AVAILABLE: YES / NO / NOT SURE</w:t>
            </w:r>
          </w:p>
          <w:p>
            <w:pPr>
              <w:spacing w:after="40"/>
            </w:pPr>
            <w:sdt>
              <w:sdtPr>
                <w:tag w:val="LOGS_AVAILABLE"/>
                <w:alias w:val="LOGS_AVAILABLE"/>
                <w:text/>
              </w:sdtPr>
              <w:sdtContent>
                <w:r>
                  <w:rPr>
                    <w:color w:val="6B747C"/>
                    <w:sz w:val="20"/>
                  </w:rPr>
                  <w:t>{{LOGS_AVAILABLE}}</w:t>
                </w:r>
              </w:sdtContent>
            </w:sdt>
          </w:p>
        </w:tc>
      </w:tr>
      <w:tr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DAMAGE OR EVENT DETAILS</w:t>
            </w:r>
          </w:p>
          <w:p>
            <w:pPr>
              <w:spacing w:after="40"/>
            </w:pPr>
            <w:sdt>
              <w:sdtPr>
                <w:tag w:val="DAMAGE_DETAILS"/>
                <w:alias w:val="DAMAGE_DETAILS"/>
                <w:text/>
              </w:sdtPr>
              <w:sdtContent>
                <w:r>
                  <w:rPr>
                    <w:color w:val="6B747C"/>
                    <w:sz w:val="20"/>
                  </w:rPr>
                  <w:t>{{DAMAGE_DETAILS}}</w:t>
                </w:r>
              </w:sdtContent>
            </w:sdt>
          </w:p>
          <w:p>
            <w:r>
              <w:t xml:space="preserve"> </w:t>
            </w:r>
          </w:p>
        </w:tc>
        <w:tc>
          <w:tcPr>
            <w:tcW w:type="dxa" w:w="4536"/>
            <w:shd w:fill="FFFFFF"/>
            <w:tcBorders/>
          </w:tcPr>
          <w:p/>
        </w:tc>
      </w:tr>
    </w:tbl>
    <w:p>
      <w:pPr>
        <w:spacing w:before="200" w:after="140"/>
      </w:pPr>
      <w:r>
        <w:rPr>
          <w:b/>
          <w:color w:val="0A416D"/>
          <w:sz w:val="18"/>
        </w:rPr>
        <w:t xml:space="preserve">05  </w:t>
      </w:r>
      <w:r>
        <w:rPr>
          <w:b/>
          <w:color w:val="041F3A"/>
          <w:sz w:val="26"/>
        </w:rPr>
        <w:t>SCHEDULING AND NOTES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PREFERRED SERVICE DATE</w:t>
            </w:r>
          </w:p>
          <w:p>
            <w:pPr>
              <w:spacing w:after="40"/>
            </w:pPr>
            <w:sdt>
              <w:sdtPr>
                <w:tag w:val="SERVICE_DATE"/>
                <w:alias w:val="SERVICE_DATE"/>
                <w:text/>
              </w:sdtPr>
              <w:sdtContent>
                <w:r>
                  <w:rPr>
                    <w:color w:val="6B747C"/>
                    <w:sz w:val="20"/>
                  </w:rPr>
                  <w:t>{{SERVICE_DATE}}</w:t>
                </w:r>
              </w:sdtContent>
            </w:sdt>
          </w:p>
        </w:tc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ACCESS / SCHEDULING / OTHER NOTES</w:t>
            </w:r>
          </w:p>
          <w:p>
            <w:pPr>
              <w:spacing w:after="40"/>
            </w:pPr>
            <w:sdt>
              <w:sdtPr>
                <w:tag w:val="NOTES"/>
                <w:alias w:val="NOTES"/>
                <w:text/>
              </w:sdtPr>
              <w:sdtContent>
                <w:r>
                  <w:rPr>
                    <w:color w:val="6B747C"/>
                    <w:sz w:val="20"/>
                  </w:rPr>
                  <w:t>{{NOTES}}</w:t>
                </w:r>
              </w:sdtContent>
            </w:sdt>
          </w:p>
          <w:p>
            <w:r>
              <w:t xml:space="preserve"> </w:t>
            </w:r>
          </w:p>
        </w:tc>
      </w:tr>
    </w:tbl>
    <w:p>
      <w:pPr>
        <w:spacing w:before="240"/>
      </w:pPr>
      <w:r>
        <w:rPr>
          <w:b/>
          <w:color w:val="0A416D"/>
          <w:sz w:val="18"/>
        </w:rPr>
        <w:t xml:space="preserve">06  </w:t>
      </w:r>
      <w:r>
        <w:rPr>
          <w:b/>
          <w:color w:val="041F3A"/>
          <w:sz w:val="26"/>
        </w:rPr>
        <w:t>SERVICE AUTHORIZATION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4F6F7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/>
            <w:r>
              <w:rPr>
                <w:sz w:val="17"/>
              </w:rPr>
              <w:t>I authorize Hauch Aero, LLC to perform dynamic propeller balancing and the ground engine runs reasonably necessary to perform that service on the aircraft identified above.</w:t>
            </w:r>
          </w:p>
          <w:p>
            <w:pPr>
              <w:pStyle w:val="ListBullet"/>
              <w:spacing w:after="40"/>
            </w:pPr>
            <w:r>
              <w:rPr>
                <w:sz w:val="16"/>
              </w:rPr>
              <w:t>The standard service is a $500 flat rate and ordinarily involves approximately two hours of labor.</w:t>
            </w:r>
          </w:p>
          <w:p>
            <w:pPr>
              <w:pStyle w:val="ListBullet"/>
              <w:spacing w:after="40"/>
            </w:pPr>
            <w:r>
              <w:rPr>
                <w:sz w:val="16"/>
              </w:rPr>
              <w:t>Any troubleshooting, maintenance, repair, parts, or labor outside the standard balancing service will stop until I provide separate approval.</w:t>
            </w:r>
          </w:p>
          <w:p>
            <w:pPr>
              <w:pStyle w:val="ListBullet"/>
              <w:spacing w:after="40"/>
            </w:pPr>
            <w:r>
              <w:rPr>
                <w:sz w:val="16"/>
              </w:rPr>
              <w:t>Balancing may reduce vibration attributable to rotating imbalance but may not correct vibration caused by mechanical defects, installation conditions, or other aircraft systems.</w:t>
            </w:r>
          </w:p>
          <w:p>
            <w:pPr>
              <w:pStyle w:val="ListBullet"/>
              <w:spacing w:after="40"/>
            </w:pPr>
            <w:r>
              <w:rPr>
                <w:sz w:val="16"/>
              </w:rPr>
              <w:t>I represent that I am authorized to approve this work and have disclosed known propeller strikes, sudden stoppages, damage, and relevant maintenance history.</w:t>
            </w:r>
          </w:p>
          <w:p>
            <w:pPr>
              <w:pStyle w:val="ListBullet"/>
              <w:spacing w:after="40"/>
            </w:pPr>
            <w:r>
              <w:rPr>
                <w:sz w:val="16"/>
              </w:rPr>
              <w:t>Submission is a service request. An appointment is confirmed only after Hauch Aero accepts the request and coordinates scheduling.</w:t>
            </w:r>
          </w:p>
        </w:tc>
      </w:tr>
    </w:tbl>
    <w:p>
      <w:r>
        <w:rPr>
          <w:b/>
          <w:sz w:val="18"/>
        </w:rPr>
        <w:t>☐  I have read and agree to the authorized scope and pricing above.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460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TYPED NAME / SIGNATURE</w:t>
            </w:r>
          </w:p>
          <w:p>
            <w:pPr>
              <w:spacing w:after="40"/>
            </w:pPr>
            <w:sdt>
              <w:sdtPr>
                <w:tag w:val="AUTHORIZATION_NAME"/>
                <w:alias w:val="AUTHORIZATION_NAME"/>
                <w:text/>
              </w:sdtPr>
              <w:sdtContent>
                <w:r>
                  <w:rPr>
                    <w:color w:val="6B747C"/>
                    <w:sz w:val="20"/>
                  </w:rPr>
                  <w:t>{{AUTHORIZATION_NAME}}</w:t>
                </w:r>
              </w:sdtContent>
            </w:sdt>
          </w:p>
        </w:tc>
        <w:tc>
          <w:tcPr>
            <w:tcW w:type="dxa" w:w="20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DATE</w:t>
            </w:r>
          </w:p>
          <w:p>
            <w:pPr>
              <w:spacing w:after="40"/>
            </w:pPr>
            <w:sdt>
              <w:sdtPr>
                <w:tag w:val="AUTHORIZATION_DATE"/>
                <w:alias w:val="AUTHORIZATION_DATE"/>
                <w:text/>
              </w:sdtPr>
              <w:sdtContent>
                <w:r>
                  <w:rPr>
                    <w:color w:val="6B747C"/>
                    <w:sz w:val="20"/>
                  </w:rPr>
                  <w:t>{{AUTHORIZATION_DATE}}</w:t>
                </w:r>
              </w:sdtContent>
            </w:sdt>
          </w:p>
        </w:tc>
        <w:tc>
          <w:tcPr>
            <w:tcW w:type="dxa" w:w="24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80"/>
            </w:pPr>
            <w:r/>
            <w:r>
              <w:rPr>
                <w:b/>
                <w:color w:val="0A416D"/>
                <w:sz w:val="16"/>
              </w:rPr>
              <w:t>HAUCH AERO ACCEPTANCE</w:t>
            </w:r>
          </w:p>
          <w:p>
            <w:pPr>
              <w:spacing w:after="40"/>
            </w:pPr>
            <w:sdt>
              <w:sdtPr>
                <w:tag w:val="HAUCH_AERO"/>
                <w:alias w:val="HAUCH_AERO"/>
                <w:text/>
              </w:sdtPr>
              <w:sdtContent>
                <w:r>
                  <w:rPr>
                    <w:color w:val="6B747C"/>
                    <w:sz w:val="20"/>
                  </w:rPr>
                  <w:t>{{HAUCH_AERO}}</w:t>
                </w:r>
              </w:sdtContent>
            </w:sdt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717A"/>
        <w:sz w:val="16"/>
      </w:rPr>
      <w:t>Hauch Aero, LLC  •  hauchaero.com  •  jesse@hauchaero.com  •  v01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22A31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